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/>
        </w:rPr>
        <w:t>[Contractor letterhead]</w:t>
      </w:r>
    </w:p>
    <w:p>
      <w:r>
        <w:rPr>
          <w:b w:val="0"/>
          <w:i w:val="0"/>
        </w:rPr>
        <w:t>[Date]</w:t>
      </w:r>
    </w:p>
    <w:p>
      <w:r>
        <w:rPr>
          <w:b w:val="0"/>
          <w:i w:val="0"/>
        </w:rPr>
        <w:t>[Owner / Employer / Contract Administrator name]</w:t>
        <w:br/>
        <w:t>[Address]</w:t>
        <w:br/>
        <w:t>[Email per contract notice clause]</w:t>
      </w:r>
    </w:p>
    <w:p>
      <w:r>
        <w:rPr>
          <w:b w:val="0"/>
          <w:i/>
        </w:rPr>
        <w:t>By [email / hand / recorded post — the method your contract specifies]</w:t>
      </w:r>
    </w:p>
    <w:p>
      <w:r>
        <w:rPr>
          <w:b/>
          <w:i w:val="0"/>
        </w:rPr>
        <w:t>Re: [Project name] — Contract No. [__] — Notice of delay: adverse weather</w:t>
      </w:r>
    </w:p>
    <w:p>
      <w:r>
        <w:rPr>
          <w:b w:val="0"/>
          <w:i w:val="0"/>
        </w:rPr>
        <w:t>Dear [Name],</w:t>
      </w:r>
    </w:p>
    <w:p>
      <w:r>
        <w:rPr>
          <w:b w:val="0"/>
          <w:i w:val="0"/>
        </w:rPr>
        <w:t>1. Notice. In accordance with clause [__] of the Contract, we give notice of a delay event affecting the Works.</w:t>
      </w:r>
    </w:p>
    <w:p>
      <w:r>
        <w:rPr>
          <w:b w:val="0"/>
          <w:i w:val="0"/>
        </w:rPr>
        <w:t>2. Event. Between [date] and [date / ongoing], the site experienced [describe: rainfall of __ mm / sustained winds of __ / temperatures below __ °C], recorded by [weather station / site gauge]. In our assessment these conditions were exceptionally adverse for the location and season and could not reasonably have been anticipated.</w:t>
      </w:r>
    </w:p>
    <w:p>
      <w:r>
        <w:rPr>
          <w:b w:val="0"/>
          <w:i w:val="0"/>
        </w:rPr>
        <w:t>3. Effect. The conditions prevented or slowed the following activities: [list activities, locations, and dates]. [State whether critical.] Details, including times, crews and equipment affected, and photographs, are recorded in Daily Reports Nos. [__] to [__], copies of which are available on request / attached.</w:t>
      </w:r>
    </w:p>
    <w:p>
      <w:r>
        <w:rPr>
          <w:b w:val="0"/>
          <w:i w:val="0"/>
        </w:rPr>
        <w:t>4. Status. The event is [ongoing / ended on (date)]. Ground and access conditions [remain / are expected to remain] unworkable for [activities] until approximately [date].</w:t>
      </w:r>
    </w:p>
    <w:p>
      <w:r>
        <w:rPr>
          <w:b w:val="0"/>
          <w:i w:val="0"/>
        </w:rPr>
        <w:t>5. Mitigation. We have [resequenced work to interior areas / deployed pumps and covers / offered weekend working / other] to reduce the effect on the programme.</w:t>
      </w:r>
    </w:p>
    <w:p>
      <w:r>
        <w:rPr>
          <w:b w:val="0"/>
          <w:i w:val="0"/>
        </w:rPr>
        <w:t>6. Reservation of rights. We will submit particulars of the delay, including a revised programme and the extension of time claimed [and any associated cost where the Contract provides for recovery], within the period required by clause [__]. This notice is given without prejudice to our rights under the Contract and at law.</w:t>
      </w:r>
    </w:p>
    <w:p>
      <w:r>
        <w:rPr>
          <w:b w:val="0"/>
          <w:i w:val="0"/>
        </w:rPr>
        <w:t>7. Request. Please acknowledge receipt of this notice. [If applicable: We also require your instruction / decision on [item] by [date] to avoid further delay.]</w:t>
      </w:r>
    </w:p>
    <w:p>
      <w:r>
        <w:rPr>
          <w:b w:val="0"/>
          <w:i w:val="0"/>
        </w:rPr>
        <w:t>Yours faithfully,</w:t>
      </w:r>
    </w:p>
    <w:p>
      <w:r>
        <w:rPr>
          <w:b w:val="0"/>
          <w:i w:val="0"/>
        </w:rPr>
        <w:t>[Name]</w:t>
        <w:br/>
        <w:t>[Title, per contract]</w:t>
        <w:br/>
        <w:t>[Contractor]</w:t>
        <w:br/>
        <w:t>[Phone / email]</w:t>
      </w:r>
    </w:p>
    <w:p>
      <w:r>
        <w:rPr>
          <w:b w:val="0"/>
          <w:i/>
        </w:rPr>
        <w:t>cc: [Architect / Engineer / Project Manager, as required by the contract]</w:t>
      </w:r>
    </w:p>
    <w:p>
      <w:r>
        <w:rPr>
          <w:b w:val="0"/>
          <w:i/>
          <w:color w:val="6B7280"/>
          <w:sz w:val="16"/>
        </w:rPr>
        <w:t>Daily Site Log — dailysitelog.com. Free to use and modify. General information, not legal advice.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