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CONSTRUCTION DAILY REPORT</w:t>
      </w:r>
    </w:p>
    <w:p>
      <w:r>
        <w:rPr>
          <w:i/>
          <w:color w:val="6B7280"/>
        </w:rPr>
        <w:t>Company name · logo · phone · email</w:t>
      </w:r>
    </w:p>
    <w:p>
      <w:pPr>
        <w:spacing w:before="200" w:after="60"/>
        <w:pBdr>
          <w:bottom w:val="single" w:sz="8" w:color="F59E0B"/>
        </w:pBdr>
      </w:pPr>
      <w:r>
        <w:rPr>
          <w:b/>
          <w:color w:val="0F172A"/>
          <w:sz w:val="21"/>
        </w:rPr>
        <w:t>1. REPORT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Project name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Project address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Report date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Report no.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Site hours (start – end)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Client / owner</w:t>
            </w:r>
          </w:p>
        </w:tc>
        <w:tc>
          <w:tcPr>
            <w:tcW w:type="dxa" w:w="2550"/>
          </w:tcPr>
          <w:p>
            <w:r/>
          </w:p>
        </w:tc>
      </w:tr>
    </w:tbl>
    <w:p>
      <w:pPr>
        <w:spacing w:before="200" w:after="60"/>
        <w:pBdr>
          <w:bottom w:val="single" w:sz="8" w:color="F59E0B"/>
        </w:pBdr>
      </w:pPr>
      <w:r>
        <w:rPr>
          <w:b/>
          <w:color w:val="0F172A"/>
          <w:sz w:val="21"/>
        </w:rPr>
        <w:t>2. WEATHER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Conditions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Temp (high / low)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Wind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3F4F6"/>
          </w:tcPr>
          <w:p>
            <w:r>
              <w:rPr>
                <w:b/>
              </w:rPr>
              <w:t>Humidity</w:t>
            </w:r>
          </w:p>
        </w:tc>
        <w:tc>
          <w:tcPr>
            <w:tcW w:type="dxa" w:w="2550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F3F4F6"/>
          </w:tcPr>
          <w:p>
            <w:r>
              <w:rPr>
                <w:b/>
              </w:rPr>
              <w:t>Weather impact on work (what stopped, from – to)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spacing w:before="200" w:after="60"/>
        <w:pBdr>
          <w:bottom w:val="single" w:sz="8" w:color="F59E0B"/>
        </w:pBdr>
      </w:pPr>
      <w:r>
        <w:rPr>
          <w:b/>
          <w:color w:val="0F172A"/>
          <w:sz w:val="21"/>
        </w:rPr>
        <w:t>3. WORK PERFORMED</w:t>
      </w:r>
    </w:p>
    <w:p>
      <w:r>
        <w:rPr>
          <w:b/>
        </w:rPr>
        <w:t xml:space="preserve">Work performed today (what, where, by whom): </w:t>
      </w:r>
    </w:p>
    <w:p>
      <w:r>
        <w:t>_______________________________________________________________________________________________</w:t>
      </w:r>
    </w:p>
    <w:p>
      <w:r>
        <w:rPr>
          <w:b/>
        </w:rPr>
        <w:t xml:space="preserve">Locations / zones: </w:t>
      </w:r>
    </w:p>
    <w:p>
      <w:r>
        <w:t>_______________________________________________________________________________________________</w:t>
      </w:r>
    </w:p>
    <w:p>
      <w:r>
        <w:rPr>
          <w:b/>
        </w:rPr>
        <w:t xml:space="preserve">Subcontractors on site: </w:t>
      </w:r>
    </w:p>
    <w:p>
      <w:r>
        <w:t>_______________________________________________________________________________________________</w:t>
      </w:r>
    </w:p>
    <w:p>
      <w:r>
        <w:rPr>
          <w:b/>
        </w:rPr>
        <w:t xml:space="preserve">Planned for tomorrow: </w:t>
      </w:r>
    </w:p>
    <w:p>
      <w:r>
        <w:t>_______________________________________________________________________________________________</w:t>
      </w:r>
    </w:p>
    <w:p>
      <w:pPr>
        <w:spacing w:before="200" w:after="60"/>
        <w:pBdr>
          <w:bottom w:val="single" w:sz="8" w:color="F59E0B"/>
        </w:pBdr>
      </w:pPr>
      <w:r>
        <w:rPr>
          <w:b/>
          <w:color w:val="0F172A"/>
          <w:sz w:val="21"/>
        </w:rPr>
        <w:t>4. LABOR / MANPOWER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FFF7E6"/>
          </w:tcPr>
          <w:p>
            <w:r>
              <w:rPr>
                <w:b/>
              </w:rPr>
              <w:t>Trade</w:t>
            </w:r>
          </w:p>
        </w:tc>
        <w:tc>
          <w:tcPr>
            <w:tcW w:type="dxa" w:w="1700"/>
            <w:shd w:val="clear" w:color="auto" w:fill="FFF7E6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1700"/>
            <w:shd w:val="clear" w:color="auto" w:fill="FFF7E6"/>
          </w:tcPr>
          <w:p>
            <w:r>
              <w:rPr>
                <w:b/>
              </w:rPr>
              <w:t>Workers</w:t>
            </w:r>
          </w:p>
        </w:tc>
        <w:tc>
          <w:tcPr>
            <w:tcW w:type="dxa" w:w="1700"/>
            <w:shd w:val="clear" w:color="auto" w:fill="FFF7E6"/>
          </w:tcPr>
          <w:p>
            <w:r>
              <w:rPr>
                <w:b/>
              </w:rPr>
              <w:t>Hours each</w:t>
            </w:r>
          </w:p>
        </w:tc>
        <w:tc>
          <w:tcPr>
            <w:tcW w:type="dxa" w:w="1700"/>
            <w:shd w:val="clear" w:color="auto" w:fill="FFF7E6"/>
          </w:tcPr>
          <w:p>
            <w:r>
              <w:rPr>
                <w:b/>
              </w:rPr>
              <w:t>Total hours</w:t>
            </w:r>
          </w:p>
        </w:tc>
        <w:tc>
          <w:tcPr>
            <w:tcW w:type="dxa" w:w="1700"/>
            <w:shd w:val="clear" w:color="auto" w:fill="FFF7E6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>
      <w:pPr>
        <w:spacing w:before="200" w:after="60"/>
        <w:pBdr>
          <w:bottom w:val="single" w:sz="8" w:color="F59E0B"/>
        </w:pBdr>
      </w:pPr>
      <w:r>
        <w:rPr>
          <w:b/>
          <w:color w:val="0F172A"/>
          <w:sz w:val="21"/>
        </w:rPr>
        <w:t>5.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Equipment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Qty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Hours used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Idle hours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>
      <w:pPr>
        <w:spacing w:before="200" w:after="60"/>
        <w:pBdr>
          <w:bottom w:val="single" w:sz="8" w:color="F59E0B"/>
        </w:pBdr>
      </w:pPr>
      <w:r>
        <w:rPr>
          <w:b/>
          <w:color w:val="0F172A"/>
          <w:sz w:val="21"/>
        </w:rPr>
        <w:t>6. MATERIALS &amp; DELIVERIES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Material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Quantity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Supplier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Received by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Location / condition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>
      <w:pPr>
        <w:spacing w:before="200" w:after="60"/>
        <w:pBdr>
          <w:bottom w:val="single" w:sz="8" w:color="F59E0B"/>
        </w:pBdr>
      </w:pPr>
      <w:r>
        <w:rPr>
          <w:b/>
          <w:color w:val="0F172A"/>
          <w:sz w:val="21"/>
        </w:rPr>
        <w:t>7. DELAYS &amp; ISSUES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Type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Time lost (hrs)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Cause / responsible party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Photos?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>
      <w:r>
        <w:rPr>
          <w:sz w:val="17"/>
        </w:rPr>
        <w:t>Types: Weather · Material · Labor shortage · Equipment breakdown · Client decision pending · Drawing / RFI issue · Subcontractor · Inspection · Safety · Site access · Other</w:t>
      </w:r>
    </w:p>
    <w:p>
      <w:pPr>
        <w:spacing w:before="200" w:after="60"/>
        <w:pBdr>
          <w:bottom w:val="single" w:sz="8" w:color="F59E0B"/>
        </w:pBdr>
      </w:pPr>
      <w:r>
        <w:rPr>
          <w:b/>
          <w:color w:val="0F172A"/>
          <w:sz w:val="21"/>
        </w:rPr>
        <w:t>8. SAFETY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F3F4F6"/>
          </w:tcPr>
          <w:p>
            <w:r>
              <w:rPr>
                <w:b/>
              </w:rPr>
              <w:t>Toolbox talk held? (topic)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  <w:shd w:val="clear" w:color="auto" w:fill="F3F4F6"/>
          </w:tcPr>
          <w:p>
            <w:r>
              <w:rPr>
                <w:b/>
              </w:rPr>
              <w:t>PPE compliance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  <w:shd w:val="clear" w:color="auto" w:fill="F3F4F6"/>
          </w:tcPr>
          <w:p>
            <w:r>
              <w:rPr>
                <w:b/>
              </w:rPr>
              <w:t>Incidents / near misses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  <w:shd w:val="clear" w:color="auto" w:fill="F3F4F6"/>
          </w:tcPr>
          <w:p>
            <w:r>
              <w:rPr>
                <w:b/>
              </w:rPr>
              <w:t>Inspections / visitors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spacing w:before="200" w:after="60"/>
        <w:pBdr>
          <w:bottom w:val="single" w:sz="8" w:color="F59E0B"/>
        </w:pBdr>
      </w:pPr>
      <w:r>
        <w:rPr>
          <w:b/>
          <w:color w:val="0F172A"/>
          <w:sz w:val="21"/>
        </w:rPr>
        <w:t>9. PHOTOS TAKEN TODAY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#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Category (progress / issue / safety / delivery)</w:t>
            </w:r>
          </w:p>
        </w:tc>
        <w:tc>
          <w:tcPr>
            <w:tcW w:type="dxa" w:w="2040"/>
            <w:shd w:val="clear" w:color="auto" w:fill="FFF7E6"/>
          </w:tcPr>
          <w:p>
            <w:r>
              <w:rPr>
                <w:b/>
              </w:rPr>
              <w:t>Description</w:t>
            </w:r>
          </w:p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>
      <w:pPr>
        <w:spacing w:before="200" w:after="60"/>
        <w:pBdr>
          <w:bottom w:val="single" w:sz="8" w:color="F59E0B"/>
        </w:pBdr>
      </w:pPr>
      <w:r>
        <w:rPr>
          <w:b/>
          <w:color w:val="0F172A"/>
          <w:sz w:val="21"/>
        </w:rPr>
        <w:t>10. FINAL NOTES &amp; SIGN-OFF</w:t>
      </w:r>
    </w:p>
    <w:p>
      <w:r>
        <w:t>Notes / next steps: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F3F4F6"/>
          </w:tcPr>
          <w:p>
            <w:r>
              <w:rPr>
                <w:b/>
              </w:rPr>
              <w:t>Prepared by (name, signature, time)</w:t>
            </w:r>
          </w:p>
        </w:tc>
        <w:tc>
          <w:tcPr>
            <w:tcW w:type="dxa" w:w="5100"/>
          </w:tcPr>
          <w:p>
            <w:r/>
          </w:p>
        </w:tc>
      </w:tr>
      <w:tr>
        <w:tc>
          <w:tcPr>
            <w:tcW w:type="dxa" w:w="5100"/>
            <w:shd w:val="clear" w:color="auto" w:fill="F3F4F6"/>
          </w:tcPr>
          <w:p>
            <w:r>
              <w:rPr>
                <w:b/>
              </w:rPr>
              <w:t>Reviewed by (name, signature, time)</w:t>
            </w:r>
          </w:p>
        </w:tc>
        <w:tc>
          <w:tcPr>
            <w:tcW w:type="dxa" w:w="5100"/>
          </w:tcPr>
          <w:p>
            <w:r/>
          </w:p>
        </w:tc>
      </w:tr>
    </w:tbl>
    <w:p>
      <w:pPr>
        <w:jc w:val="center"/>
      </w:pPr>
      <w:r>
        <w:rPr>
          <w:color w:val="6B7280"/>
          <w:sz w:val="16"/>
        </w:rPr>
        <w:t>Template by Daily Site Log — dailysitelog.com/blog/construction-daily-report-template. Free to use and modify.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